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HOME &amp; PROFESSIONAL SERVICES</w:t>
      </w:r>
    </w:p>
    <w:p>
      <w:pPr>
        <w:pStyle w:val="Heading1"/>
      </w:pPr>
      <w:r>
        <w:t>Shondhaan</w:t>
      </w:r>
    </w:p>
    <w:p>
      <w:r>
        <w:rPr>
          <w:color w:val="5A5A5A"/>
          <w:sz w:val="23"/>
        </w:rPr>
        <w:t>Trusted experts, just a tap away.</w:t>
      </w:r>
    </w:p>
    <w:p/>
    <w:p>
      <w:pPr>
        <w:pStyle w:val="Heading2"/>
      </w:pPr>
      <w:r>
        <w:t>Overview</w:t>
      </w:r>
    </w:p>
    <w:p>
      <w:r>
        <w:t>Shondhaan brings the country's best home and professional service providers onto a single, dependable booking platform. Every technician is background-checked, trained and rated by customers — with a written service guarantee on every job.</w:t>
      </w:r>
    </w:p>
    <w:p>
      <w:pPr>
        <w:pStyle w:val="Heading2"/>
      </w:pPr>
      <w:r>
        <w:t>Highlights</w:t>
      </w:r>
    </w:p>
    <w:p>
      <w:pPr>
        <w:pStyle w:val="ListBullet"/>
      </w:pPr>
      <w:r>
        <w:t>Home repair, cleaning and maintenance</w:t>
      </w:r>
    </w:p>
    <w:p>
      <w:pPr>
        <w:pStyle w:val="ListBullet"/>
      </w:pPr>
      <w:r>
        <w:t>Vetted, background-checked professionals</w:t>
      </w:r>
    </w:p>
    <w:p>
      <w:pPr>
        <w:pStyle w:val="ListBullet"/>
      </w:pPr>
      <w:r>
        <w:t>Transparent pricing and instant booking</w:t>
      </w:r>
    </w:p>
    <w:p>
      <w:pPr>
        <w:pStyle w:val="ListBullet"/>
      </w:pPr>
      <w:r>
        <w:t>Service guarantee on every job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2022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Dhaka, Chittagong, Sylhet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>
              <w:t>shondhaan.com</w:t>
            </w:r>
          </w:p>
        </w:tc>
      </w:tr>
    </w:tbl>
    <w:p/>
    <w:p>
      <w:pPr>
        <w:pStyle w:val="Heading2"/>
      </w:pPr>
      <w:r>
        <w:t>Audience</w:t>
      </w:r>
    </w:p>
    <w:p>
      <w:r>
        <w:t>Homeowners, tenants and businesses needing reliable on-demand services.</w:t>
      </w:r>
    </w:p>
    <w:p>
      <w:pPr>
        <w:pStyle w:val="Heading2"/>
      </w:pPr>
      <w:r>
        <w:t>Services</w:t>
      </w:r>
    </w:p>
    <w:p>
      <w:pPr>
        <w:pStyle w:val="ListBullet"/>
      </w:pPr>
      <w:r>
        <w:t>Home Repair</w:t>
      </w:r>
    </w:p>
    <w:p>
      <w:pPr>
        <w:pStyle w:val="ListBullet"/>
      </w:pPr>
      <w:r>
        <w:t>Deep Cleaning</w:t>
      </w:r>
    </w:p>
    <w:p>
      <w:pPr>
        <w:pStyle w:val="ListBullet"/>
      </w:pPr>
      <w:r>
        <w:t>AC &amp; Appliance Service</w:t>
      </w:r>
    </w:p>
    <w:p>
      <w:pPr>
        <w:pStyle w:val="ListBullet"/>
      </w:pPr>
      <w:r>
        <w:t>Professional Consultation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Vetted professionals</w:t>
      </w:r>
    </w:p>
    <w:p>
      <w:pPr>
        <w:ind w:left="283"/>
      </w:pPr>
      <w:r>
        <w:t>ID checks, skill assessments and ongoing training on safety and etiquette.</w:t>
      </w:r>
    </w:p>
    <w:p>
      <w:r>
        <w:rPr>
          <w:b/>
          <w:color w:val="0F2350"/>
        </w:rPr>
        <w:t>Upfront pricing</w:t>
      </w:r>
    </w:p>
    <w:p>
      <w:pPr>
        <w:ind w:left="283"/>
      </w:pPr>
      <w:r>
        <w:t>See the price before you book — no surprises, no haggling, no hidden fees.</w:t>
      </w:r>
    </w:p>
    <w:p>
      <w:r>
        <w:rPr>
          <w:b/>
          <w:color w:val="0F2350"/>
        </w:rPr>
        <w:t>Service guarantee</w:t>
      </w:r>
    </w:p>
    <w:p>
      <w:pPr>
        <w:ind w:left="283"/>
      </w:pPr>
      <w:r>
        <w:t>If you're not satisfied, we send a second professional or refund — your call.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Booking a trustworthy electrician, AC tech or deep-cleaner meant scrolling Facebook groups and praying — pricing was opaque and quality wildly inconsistent.</w:t>
      </w:r>
    </w:p>
    <w:p>
      <w:pPr>
        <w:pStyle w:val="Heading3"/>
      </w:pPr>
      <w:r>
        <w:t>Our solution</w:t>
      </w:r>
    </w:p>
    <w:p>
      <w:r>
        <w:t>Shondhaan launched an instant-booking app with vetted, in-house-trained professionals, upfront pricing and a written satisfaction guarantee on every job.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Customer &amp; technician interviews, complaint mining and a service-catalogue blueprint.</w:t>
      </w:r>
    </w:p>
    <w:p>
      <w:r>
        <w:rPr>
          <w:b/>
        </w:rPr>
        <w:t>2. Design</w:t>
      </w:r>
    </w:p>
    <w:p>
      <w:pPr>
        <w:ind w:left="283"/>
      </w:pPr>
      <w:r>
        <w:t>3-tap booking flow, transparent price cards, live ETA and a post-job rating loop.</w:t>
      </w:r>
    </w:p>
    <w:p>
      <w:r>
        <w:rPr>
          <w:b/>
        </w:rPr>
        <w:t>3. Build</w:t>
      </w:r>
    </w:p>
    <w:p>
      <w:pPr>
        <w:ind w:left="283"/>
      </w:pPr>
      <w:r>
        <w:t>Customer + pro apps, dispatch engine, payments, training LMS and a QA dashboard.</w:t>
      </w:r>
    </w:p>
    <w:p>
      <w:r>
        <w:rPr>
          <w:b/>
        </w:rPr>
        <w:t>4. Launch &amp; grow</w:t>
      </w:r>
    </w:p>
    <w:p>
      <w:pPr>
        <w:ind w:left="283"/>
      </w:pPr>
      <w:r>
        <w:t>Pilot in 3 zones, weekly NPS reviews and a re-training programme for low-rated pros.</w:t>
      </w:r>
    </w:p>
    <w:p>
      <w:pPr>
        <w:pStyle w:val="Heading2"/>
      </w:pPr>
      <w:r>
        <w:t>Technology stack</w:t>
      </w:r>
    </w:p>
    <w:p>
      <w:r>
        <w:t>React Native · Node.js · PostgreSQL · Mapbox · bKash · Stripe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Avg. arrival time</w:t>
            </w:r>
          </w:p>
        </w:tc>
        <w:tc>
          <w:tcPr>
            <w:tcW w:type="dxa" w:w="4706"/>
          </w:tcPr>
          <w:p>
            <w:r>
              <w:t>47 min</w:t>
            </w:r>
          </w:p>
        </w:tc>
      </w:tr>
      <w:tr>
        <w:tc>
          <w:tcPr>
            <w:tcW w:type="dxa" w:w="4706"/>
          </w:tcPr>
          <w:p>
            <w:r>
              <w:t>Customer NPS</w:t>
            </w:r>
          </w:p>
        </w:tc>
        <w:tc>
          <w:tcPr>
            <w:tcW w:type="dxa" w:w="4706"/>
          </w:tcPr>
          <w:p>
            <w:r>
              <w:t>72</w:t>
            </w:r>
          </w:p>
        </w:tc>
      </w:tr>
      <w:tr>
        <w:tc>
          <w:tcPr>
            <w:tcW w:type="dxa" w:w="4706"/>
          </w:tcPr>
          <w:p>
            <w:r>
              <w:t>Repeat bookings</w:t>
            </w:r>
          </w:p>
        </w:tc>
        <w:tc>
          <w:tcPr>
            <w:tcW w:type="dxa" w:w="4706"/>
          </w:tcPr>
          <w:p>
            <w:r>
              <w:t>61%</w:t>
            </w:r>
          </w:p>
        </w:tc>
      </w:tr>
      <w:tr>
        <w:tc>
          <w:tcPr>
            <w:tcW w:type="dxa" w:w="4706"/>
          </w:tcPr>
          <w:p>
            <w:r>
              <w:t>Pros onboarded</w:t>
            </w:r>
          </w:p>
        </w:tc>
        <w:tc>
          <w:tcPr>
            <w:tcW w:type="dxa" w:w="4706"/>
          </w:tcPr>
          <w:p>
            <w:r>
              <w:t>1,200+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“We manage 140 apartments across Dhaka and Shondhaan is now our default for AC, plumbing and deep-clean. Upfront pricing and the satisfaction guarantee ended the haggling — and the complaints.”</w:t>
      </w:r>
    </w:p>
    <w:p>
      <w:r>
        <w:rPr>
          <w:color w:val="5A5A5A"/>
        </w:rPr>
        <w:t>— Tanvir Ahmed · Operations Director, Bproperty Facilities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Shondhaan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