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স্ট্রিমিং প্ল্যাটফর্ম</w:t>
      </w:r>
    </w:p>
    <w:p>
      <w:pPr>
        <w:pStyle w:val="Heading1"/>
      </w:pPr>
      <w:r>
        <w:t>আকাশ ওটিটি</w:t>
      </w:r>
    </w:p>
    <w:p>
      <w:r>
        <w:rPr>
          <w:color w:val="5A5A5A"/>
          <w:sz w:val="23"/>
        </w:rPr>
        <w:t>আপনার প্রিয় অনুষ্ঠান, যেকোনো সময় — যেকোনো স্ক্রিনে।</w:t>
      </w:r>
    </w:p>
    <w:p/>
    <w:p>
      <w:pPr>
        <w:pStyle w:val="Heading2"/>
      </w:pPr>
      <w:r>
        <w:t>সংক্ষিপ্ত বিবরণ</w:t>
      </w:r>
    </w:p>
    <w:p>
      <w:r>
        <w:t>আকাশ ওটিটি বাংলা গল্প বলার ডিজিটাল ঠিকানা — ফিচার ফিল্ম, ওয়েব সিরিজ, লাইভ টিভি সিমালকাস্ট ও এক্সক্লুসিভ প্রিমিয়ার, মোবাইল, ওয়েব ও স্মার্ট টিভিতে ব্যক্তিগতকৃত রিকমেন্ডেশন ও অফলাইন ডাউনলোডসহ উপলব্ধ।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অন-ডিম্যান্ড সিনেমা, সিরিজ ও অরিজিনাল</w:t>
      </w:r>
    </w:p>
    <w:p>
      <w:pPr>
        <w:pStyle w:val="ListBullet"/>
      </w:pPr>
      <w:r>
        <w:t>সব ডিভাইসে লাইভ টিভি স্ট্রিমিং</w:t>
      </w:r>
    </w:p>
    <w:p>
      <w:pPr>
        <w:pStyle w:val="ListBullet"/>
      </w:pPr>
      <w:r>
        <w:t>ব্যক্তিগতকৃত রিকমেন্ডেশন</w:t>
      </w:r>
    </w:p>
    <w:p>
      <w:pPr>
        <w:pStyle w:val="ListBullet"/>
      </w:pPr>
      <w:r>
        <w:t>মাল্টি-ডিভাইস সাপোর্ট — মোবাইল, ওয়েব, স্মার্ট টিভি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২০২২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৪০+ দেশে উপলব্ধ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>
              <w:t>akash.tv</w:t>
            </w:r>
          </w:p>
        </w:tc>
      </w:tr>
    </w:tbl>
    <w:p/>
    <w:p>
      <w:pPr>
        <w:pStyle w:val="Heading2"/>
      </w:pPr>
      <w:r>
        <w:t>লক্ষ্য দর্শক</w:t>
      </w:r>
    </w:p>
    <w:p>
      <w:r>
        <w:t>ডিজিটাল বিনোদন ও পৌঁছানো খোঁজে এমন পরিবার, কনটেন্ট প্রেমী ও ব্র্যান্ড।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সাবস্ক্রিপশন স্ট্রিমিং</w:t>
      </w:r>
    </w:p>
    <w:p>
      <w:pPr>
        <w:pStyle w:val="ListBullet"/>
      </w:pPr>
      <w:r>
        <w:t>অরিজিনাল কনটেন্ট</w:t>
      </w:r>
    </w:p>
    <w:p>
      <w:pPr>
        <w:pStyle w:val="ListBullet"/>
      </w:pPr>
      <w:r>
        <w:t>লাইভ টিভি</w:t>
      </w:r>
    </w:p>
    <w:p>
      <w:pPr>
        <w:pStyle w:val="ListBullet"/>
      </w:pPr>
      <w:r>
        <w:t>ব্র্যান্ড পার্টনারশিপ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অ্যাডাপটিভ স্ট্রিমিং</w:t>
      </w:r>
    </w:p>
    <w:p>
      <w:pPr>
        <w:ind w:left="283"/>
      </w:pPr>
      <w:r>
        <w:t>১৪৪পি থেকে ৪কে পর্যন্ত ডিআরএম-সুরক্ষিত ডেলিভারি, ২ সেকেন্ডের কম স্টার্ট টাইমে।</w:t>
      </w:r>
    </w:p>
    <w:p>
      <w:r>
        <w:rPr>
          <w:b/>
          <w:color w:val="0F2350"/>
        </w:rPr>
        <w:t>অরিজিনালস স্টুডিও</w:t>
      </w:r>
    </w:p>
    <w:p>
      <w:pPr>
        <w:ind w:left="283"/>
      </w:pPr>
      <w:r>
        <w:t>সব ধরনের ঘরানার প্ল্যাটফর্ম-এক্সক্লুসিভ সিরিজ ও সিনেমার পাইপলাইন।</w:t>
      </w:r>
    </w:p>
    <w:p>
      <w:r>
        <w:rPr>
          <w:b/>
          <w:color w:val="0F2350"/>
        </w:rPr>
        <w:t>স্মার্ট ডিসকভারি</w:t>
      </w:r>
    </w:p>
    <w:p>
      <w:pPr>
        <w:ind w:left="283"/>
      </w:pPr>
      <w:r>
        <w:t>এমএল-চালিত রিকমেন্ডেশন, ওয়াচ-পার্টি মোড ও ডিভাইসজুড়ে কনটিনিউ-ওয়াচিং।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বিশ্বজুড়ে বাংলাভাষী দর্শকরা পাইরেসি সাইট, সোশ্যাল ক্লিপ ও আঞ্চলিক অ্যাপ জুড়ে কনটেন্ট খুঁজছিলেন — বাংলা কনটেন্টের জন্য কোনো প্রিমিয়াম, বৈধ, মোবাইল-ফার্স্ট ঠিকানা ছিল না।</w:t>
      </w:r>
    </w:p>
    <w:p>
      <w:pPr>
        <w:pStyle w:val="Heading3"/>
      </w:pPr>
      <w:r>
        <w:t>আমাদের সমাধান</w:t>
      </w:r>
    </w:p>
    <w:p>
      <w:r>
        <w:t>আকাশ ওটিটি তৈরি করেছে ডিআরএম-সুরক্ষিত, মাল্টি-সিডিএন স্ট্রিমিং প্ল্যাটফর্ম — কিউরেটেড লাইব্রেরি, এক্সক্লুসিভ অরিজিনাল এবং বাংলা দর্শন-অভ্যাসের জন্য টিউন করা রিকমেন্ডেশন ইঞ্জিনসহ।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৬টি বাজারে ডায়াস্পোরা গবেষণা, কনটেন্ট লাইসেন্সিং অডিট ও মূল্য গবেষণা।</w:t>
      </w:r>
    </w:p>
    <w:p>
      <w:r>
        <w:rPr>
          <w:b/>
        </w:rPr>
        <w:t>2. নকশা</w:t>
      </w:r>
    </w:p>
    <w:p>
      <w:pPr>
        <w:ind w:left="283"/>
      </w:pPr>
      <w:r>
        <w:t>ক্রস-ডিভাইস ইউএক্স (মোবাইল, ওয়েব, স্মার্ট টিভি) — অফলাইন-ফার্স্ট ফ্লো ও ফ্যামিলি প্রোফাইলসহ।</w:t>
      </w:r>
    </w:p>
    <w:p>
      <w:r>
        <w:rPr>
          <w:b/>
        </w:rPr>
        <w:t>3. নির্মাণ</w:t>
      </w:r>
    </w:p>
    <w:p>
      <w:pPr>
        <w:ind w:left="283"/>
      </w:pPr>
      <w:r>
        <w:t>মাল্টি-সিডিএন ডেলিভারি, ওয়াইডভাইন/ফেয়ারপ্লে ডিআরএম, টাকা/ডলার/দিরহামে পেমেন্ট ও অ্যানালিটিক্স।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প্রধান অরিজিনাল প্রিমিয়ার, ১২টি বাজারে পারফরম্যান্স মার্কেটিং ও সাপ্তাহিক কোহর্ট টিউনিং।</w:t>
      </w:r>
    </w:p>
    <w:p>
      <w:pPr>
        <w:pStyle w:val="Heading2"/>
      </w:pPr>
      <w:r>
        <w:t>প্রযুক্তি স্ট্যাক</w:t>
      </w:r>
    </w:p>
    <w:p>
      <w:r>
        <w:t>React Native · Next.js · Shaka Player · AWS MediaConvert · Cloudflare Stream · Stripe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সেবা প্রদানকৃত দেশ</w:t>
            </w:r>
          </w:p>
        </w:tc>
        <w:tc>
          <w:tcPr>
            <w:tcW w:type="dxa" w:w="4706"/>
          </w:tcPr>
          <w:p>
            <w:r>
              <w:t>৪০+</w:t>
            </w:r>
          </w:p>
        </w:tc>
      </w:tr>
      <w:tr>
        <w:tc>
          <w:tcPr>
            <w:tcW w:type="dxa" w:w="4706"/>
          </w:tcPr>
          <w:p>
            <w:r>
              <w:t>গড় স্টার্ট টাইম</w:t>
            </w:r>
          </w:p>
        </w:tc>
        <w:tc>
          <w:tcPr>
            <w:tcW w:type="dxa" w:w="4706"/>
          </w:tcPr>
          <w:p>
            <w:r>
              <w:t>১.৬ সে.</w:t>
            </w:r>
          </w:p>
        </w:tc>
      </w:tr>
      <w:tr>
        <w:tc>
          <w:tcPr>
            <w:tcW w:type="dxa" w:w="4706"/>
          </w:tcPr>
          <w:p>
            <w:r>
              <w:t>৩০-দিনের রিটেনশন</w:t>
            </w:r>
          </w:p>
        </w:tc>
        <w:tc>
          <w:tcPr>
            <w:tcW w:type="dxa" w:w="4706"/>
          </w:tcPr>
          <w:p>
            <w:r>
              <w:t>৪৮%</w:t>
            </w:r>
          </w:p>
        </w:tc>
      </w:tr>
      <w:tr>
        <w:tc>
          <w:tcPr>
            <w:tcW w:type="dxa" w:w="4706"/>
          </w:tcPr>
          <w:p>
            <w:r>
              <w:t>প্রকাশিত অরিজিনাল</w:t>
            </w:r>
          </w:p>
        </w:tc>
        <w:tc>
          <w:tcPr>
            <w:tcW w:type="dxa" w:w="4706"/>
          </w:tcPr>
          <w:p>
            <w:r>
              <w:t>২০+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“আমরা আমাদের ফিচার ফিল্মটি আকাশ ওটিটিতে প্রিমিয়ার করি এবং প্রথম দশ দিনে ১৪ লাখ ইউনিক দর্শক পাই — বাংলাদেশ, উপসাগর ও যুক্তরাজ্যজুড়ে। তাদের ডিস্ট্রিবিউশন ও ডিআরএম স্ট্যাক নির্ভুলভাবে কাজ করে।”</w:t>
      </w:r>
    </w:p>
    <w:p>
      <w:r>
        <w:rPr>
          <w:color w:val="5A5A5A"/>
        </w:rPr>
        <w:t>— ইমরান হোসাইন · এক্সিকিউটিভ প্রডিউসার, গোল্ডফিশ ফিল্মস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আকাশ ওটিটি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